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b/>
          <w:color w:val="1F1F1F"/>
          <w:sz w:val="56"/>
        </w:rPr>
        <w:t>INVOICE</w:t>
      </w:r>
    </w:p>
    <w:p>
      <w:pPr>
        <w:spacing w:after="240"/>
      </w:pPr>
      <w:r>
        <w:rPr>
          <w:color w:val="666666"/>
          <w:sz w:val="20"/>
        </w:rPr>
        <w:t>Free invoice template by Innvoic — edit, save, and reuse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after="40"/>
            </w:pPr>
            <w:r>
              <w:rPr>
                <w:b/>
                <w:sz w:val="26"/>
              </w:rPr>
              <w:t>[Your Business Name]</w:t>
            </w:r>
            <w:r>
              <w:rPr>
                <w:b w:val="0"/>
                <w:sz w:val="22"/>
              </w:rPr>
              <w:t>[Street Address]</w:t>
              <w:br/>
              <w:t>[City, State ZIP]</w:t>
              <w:br/>
              <w:t>[Phone] · [Email]</w:t>
            </w:r>
          </w:p>
        </w:tc>
        <w:tc>
          <w:tcPr>
            <w:tcW w:type="dxa" w:w="4320"/>
          </w:tcPr>
          <w:p>
            <w:pPr>
              <w:spacing w:after="40"/>
              <w:jc w:val="right"/>
            </w:pPr>
            <w:r>
              <w:rPr>
                <w:b/>
                <w:sz w:val="22"/>
              </w:rPr>
              <w:t>INVOICE #</w:t>
            </w:r>
            <w:r>
              <w:rPr>
                <w:b w:val="0"/>
                <w:sz w:val="24"/>
              </w:rPr>
              <w:t>[INV-1001]</w:t>
            </w:r>
            <w:r>
              <w:rPr>
                <w:b w:val="0"/>
                <w:sz w:val="22"/>
              </w:rPr>
              <w:t>Issue Date: [MM/DD/YYYY]</w:t>
              <w:br/>
              <w:t>Due Date: [MM/DD/YYYY]</w:t>
            </w:r>
          </w:p>
        </w:tc>
      </w:tr>
    </w:tbl>
    <w:p>
      <w:pPr>
        <w:spacing w:after="120"/>
      </w:pPr>
    </w:p>
    <w:p>
      <w:r>
        <w:rPr>
          <w:b/>
          <w:sz w:val="24"/>
        </w:rPr>
        <w:t>Bill To</w:t>
      </w:r>
    </w:p>
    <w:p>
      <w:r>
        <w:t>[Client Name]</w:t>
        <w:br/>
        <w:t>[Client Street Address]</w:t>
        <w:br/>
        <w:t>[City, State ZIP]</w:t>
        <w:br/>
        <w:t>[Client Email]</w:t>
      </w:r>
    </w:p>
    <w:p>
      <w:pPr>
        <w:spacing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5184"/>
            <w:shd w:val="clear" w:fill="333333"/>
          </w:tcPr>
          <w:p>
            <w:pPr>
              <w:spacing w:after="40"/>
            </w:pPr>
            <w:r/>
            <w:r>
              <w:rPr>
                <w:b/>
                <w:color w:val="FFFFFF"/>
                <w:sz w:val="22"/>
              </w:rPr>
              <w:t>Description</w:t>
            </w:r>
          </w:p>
        </w:tc>
        <w:tc>
          <w:tcPr>
            <w:tcW w:type="dxa" w:w="1152"/>
            <w:shd w:val="clear" w:fill="333333"/>
          </w:tcPr>
          <w:p>
            <w:pPr>
              <w:spacing w:after="40"/>
            </w:pPr>
            <w:r/>
            <w:r>
              <w:rPr>
                <w:b/>
                <w:color w:val="FFFFFF"/>
                <w:sz w:val="22"/>
              </w:rPr>
              <w:t>Qty</w:t>
            </w:r>
          </w:p>
        </w:tc>
        <w:tc>
          <w:tcPr>
            <w:tcW w:type="dxa" w:w="1584"/>
            <w:shd w:val="clear" w:fill="333333"/>
          </w:tcPr>
          <w:p>
            <w:pPr>
              <w:spacing w:after="40"/>
            </w:pPr>
            <w:r/>
            <w:r>
              <w:rPr>
                <w:b/>
                <w:color w:val="FFFFFF"/>
                <w:sz w:val="22"/>
              </w:rPr>
              <w:t>Rate</w:t>
            </w:r>
          </w:p>
        </w:tc>
        <w:tc>
          <w:tcPr>
            <w:tcW w:type="dxa" w:w="1728"/>
            <w:shd w:val="clear" w:fill="333333"/>
          </w:tcPr>
          <w:p>
            <w:pPr>
              <w:spacing w:after="40"/>
            </w:pPr>
            <w:r/>
            <w:r>
              <w:rPr>
                <w:b/>
                <w:color w:val="FFFFFF"/>
                <w:sz w:val="22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</w:tbl>
    <w:p>
      <w:pPr>
        <w:spacing w:after="120"/>
      </w:pP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after="40"/>
            </w:pPr>
            <w:r/>
            <w:r>
              <w:rPr>
                <w:b w:val="0"/>
                <w:sz w:val="22"/>
              </w:rPr>
              <w:t>Subtotal</w:t>
            </w:r>
          </w:p>
        </w:tc>
        <w:tc>
          <w:tcPr>
            <w:tcW w:type="dxa" w:w="4320"/>
          </w:tcPr>
          <w:p>
            <w:pPr>
              <w:spacing w:after="40"/>
              <w:jc w:val="right"/>
            </w:pPr>
            <w:r/>
            <w:r>
              <w:rPr>
                <w:b w:val="0"/>
                <w:sz w:val="22"/>
              </w:rPr>
              <w:t>[      ]</w:t>
            </w:r>
          </w:p>
        </w:tc>
      </w:tr>
      <w:tr>
        <w:tc>
          <w:tcPr>
            <w:tcW w:type="dxa" w:w="4320"/>
          </w:tcPr>
          <w:p>
            <w:pPr>
              <w:spacing w:after="40"/>
            </w:pPr>
            <w:r/>
            <w:r>
              <w:rPr>
                <w:b w:val="0"/>
                <w:sz w:val="22"/>
              </w:rPr>
              <w:t>Tax (___%)</w:t>
            </w:r>
          </w:p>
        </w:tc>
        <w:tc>
          <w:tcPr>
            <w:tcW w:type="dxa" w:w="4320"/>
          </w:tcPr>
          <w:p>
            <w:pPr>
              <w:spacing w:after="40"/>
              <w:jc w:val="right"/>
            </w:pPr>
            <w:r/>
            <w:r>
              <w:rPr>
                <w:b w:val="0"/>
                <w:sz w:val="22"/>
              </w:rPr>
              <w:t>[      ]</w:t>
            </w:r>
          </w:p>
        </w:tc>
      </w:tr>
      <w:tr>
        <w:tc>
          <w:tcPr>
            <w:tcW w:type="dxa" w:w="4320"/>
            <w:shd w:val="clear" w:fill="F2F2F2"/>
          </w:tcPr>
          <w:p>
            <w:pPr>
              <w:spacing w:after="40"/>
            </w:pPr>
            <w:r/>
            <w:r>
              <w:rPr>
                <w:b/>
                <w:sz w:val="22"/>
              </w:rPr>
              <w:t>Total Due</w:t>
            </w:r>
          </w:p>
        </w:tc>
        <w:tc>
          <w:tcPr>
            <w:tcW w:type="dxa" w:w="4320"/>
            <w:shd w:val="clear" w:fill="F2F2F2"/>
          </w:tcPr>
          <w:p>
            <w:pPr>
              <w:spacing w:after="40"/>
              <w:jc w:val="right"/>
            </w:pPr>
            <w:r/>
            <w:r>
              <w:rPr>
                <w:b/>
                <w:sz w:val="22"/>
              </w:rPr>
              <w:t>[      ]</w:t>
            </w:r>
          </w:p>
        </w:tc>
      </w:tr>
    </w:tbl>
    <w:p>
      <w:pPr>
        <w:spacing w:after="120"/>
      </w:pPr>
    </w:p>
    <w:p>
      <w:r>
        <w:rPr>
          <w:b/>
          <w:sz w:val="24"/>
        </w:rPr>
        <w:t>Notes</w:t>
      </w:r>
    </w:p>
    <w:p>
      <w:r>
        <w:t>[Add any extra details here: project reference, thank-you note, etc.]</w:t>
      </w:r>
    </w:p>
    <w:p>
      <w:r>
        <w:rPr>
          <w:b/>
          <w:sz w:val="24"/>
        </w:rPr>
        <w:t>Payment Terms</w:t>
      </w:r>
    </w:p>
    <w:p>
      <w:r>
        <w:t>[e.g., Payment due within 30 days. Please include the invoice number with your payment.]</w:t>
      </w:r>
    </w:p>
    <w:p/>
    <w:p>
      <w:pPr>
        <w:jc w:val="center"/>
      </w:pPr>
      <w:r>
        <w:rPr>
          <w:i/>
          <w:color w:val="666666"/>
        </w:rPr>
        <w:t>Thank you for your business!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